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i w:val="0"/>
          <w:color w:val="0F2850"/>
          <w:sz w:val="38"/>
        </w:rPr>
        <w:t>MOUHAMADOU MADENIYOU SALL</w:t>
      </w:r>
    </w:p>
    <w:p>
      <w:pPr>
        <w:spacing w:after="40"/>
        <w:jc w:val="center"/>
      </w:pPr>
      <w:r>
        <w:rPr>
          <w:rFonts w:ascii="Times New Roman" w:hAnsi="Times New Roman"/>
          <w:b w:val="0"/>
          <w:i w:val="0"/>
          <w:color w:val="5A5A5A"/>
          <w:sz w:val="21"/>
        </w:rPr>
        <w:t>Ingénieur Informatique | Intelligence Artificielle &amp; Data</w:t>
      </w:r>
    </w:p>
    <w:p>
      <w:pPr>
        <w:spacing w:after="40"/>
        <w:jc w:val="center"/>
      </w:pPr>
      <w:r>
        <w:rPr>
          <w:rFonts w:ascii="Times New Roman" w:hAnsi="Times New Roman"/>
          <w:b w:val="0"/>
          <w:i w:val="0"/>
          <w:color w:val="5A5A5A"/>
          <w:sz w:val="18"/>
        </w:rPr>
        <w:t>Thiès, Sénégal  ·  Dakar &amp; télétravail  ·  +221 76 166 06 08  ·  menisall54@gmail.com</w:t>
      </w:r>
    </w:p>
    <w:p>
      <w:pPr>
        <w:spacing w:after="0"/>
        <w:jc w:val="center"/>
      </w:pPr>
      <w:r>
        <w:rPr>
          <w:rFonts w:ascii="Times New Roman" w:hAnsi="Times New Roman"/>
          <w:b w:val="0"/>
          <w:i w:val="0"/>
          <w:color w:val="5A5A5A"/>
          <w:sz w:val="18"/>
        </w:rPr>
        <w:t>github.com/MADENIYOU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PROFIL</w:t>
      </w:r>
    </w:p>
    <w:p>
      <w:pPr>
        <w:spacing w:after="60"/>
      </w:pPr>
      <w:r>
        <w:rPr>
          <w:rFonts w:ascii="Times New Roman" w:hAnsi="Times New Roman"/>
          <w:b w:val="0"/>
          <w:i w:val="0"/>
          <w:color w:val="141414"/>
          <w:sz w:val="19"/>
        </w:rPr>
        <w:t>Ingénieur informaticien en spécialisation Intelligence Artificielle &amp; Data (IADB) à l'École Supérieure Polytechnique de Dakar. Livre des systèmes en production pour des clients en France, à Madagascar et au Sénégal : plateformes décisionnelles et modèles de machine learning, applications web et mobiles, sécurité applicative et infrastructure conteneurisée. Deux fois chef de groupe technique. Autonome, rigoureux, anglophone professionnel.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COMPÉTENCES TECHNIQUES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Langages : </w:t>
      </w:r>
      <w:r>
        <w:rPr>
          <w:rFonts w:ascii="Times New Roman" w:hAnsi="Times New Roman"/>
          <w:b w:val="0"/>
          <w:i w:val="0"/>
          <w:color w:val="141414"/>
          <w:sz w:val="19"/>
        </w:rPr>
        <w:t>Python, TypeScript, JavaScript, Java, Dart, Kotlin, C, PHP, SQL, PL/SQL, Bash, PowerShell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Backend : </w:t>
      </w:r>
      <w:r>
        <w:rPr>
          <w:rFonts w:ascii="Times New Roman" w:hAnsi="Times New Roman"/>
          <w:b w:val="0"/>
          <w:i w:val="0"/>
          <w:color w:val="141414"/>
          <w:sz w:val="19"/>
        </w:rPr>
        <w:t>FastAPI, Flask, Spring Boot, Node.js/Express, Laravel, REST, SSE, JWT, SQLAlchemy, Alembic, Pydantic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Frontend : </w:t>
      </w:r>
      <w:r>
        <w:rPr>
          <w:rFonts w:ascii="Times New Roman" w:hAnsi="Times New Roman"/>
          <w:b w:val="0"/>
          <w:i w:val="0"/>
          <w:color w:val="141414"/>
          <w:sz w:val="19"/>
        </w:rPr>
        <w:t>Next.js, React 18, Angular, Svelte, TypeScript, Tailwind CSS, Material UI, Three.js, GSAP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Mobile : </w:t>
      </w:r>
      <w:r>
        <w:rPr>
          <w:rFonts w:ascii="Times New Roman" w:hAnsi="Times New Roman"/>
          <w:b w:val="0"/>
          <w:i w:val="0"/>
          <w:color w:val="141414"/>
          <w:sz w:val="19"/>
        </w:rPr>
        <w:t>React Native, Expo, Flutter, Android SDK, Kotlin, dart:ffi, biométrie, notifications push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IA &amp; données : </w:t>
      </w:r>
      <w:r>
        <w:rPr>
          <w:rFonts w:ascii="Times New Roman" w:hAnsi="Times New Roman"/>
          <w:b w:val="0"/>
          <w:i w:val="0"/>
          <w:color w:val="141414"/>
          <w:sz w:val="19"/>
        </w:rPr>
        <w:t>Scikit-learn, Pandas, NumPy, LSTM, Prophet, Random Forest, XGBoost, Isolation Forest, kriging, OpenCV, Gemini API, FFT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Bases de données : </w:t>
      </w:r>
      <w:r>
        <w:rPr>
          <w:rFonts w:ascii="Times New Roman" w:hAnsi="Times New Roman"/>
          <w:b w:val="0"/>
          <w:i w:val="0"/>
          <w:color w:val="141414"/>
          <w:sz w:val="19"/>
        </w:rPr>
        <w:t>PostgreSQL/PostGIS, MySQL, Oracle PL/SQL, InfluxDB, MongoDB, Redis, Firebase, Supabase, modélisation dimensionnelle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Sécurité : </w:t>
      </w:r>
      <w:r>
        <w:rPr>
          <w:rFonts w:ascii="Times New Roman" w:hAnsi="Times New Roman"/>
          <w:b w:val="0"/>
          <w:i w:val="0"/>
          <w:color w:val="141414"/>
          <w:sz w:val="19"/>
        </w:rPr>
        <w:t>PKI X.509, Keycloak, OIDC/OAuth2, JWT RS256, TEE, MFA/TOTP, RBAC, mTLS, Kerberos, LDAP, RADIUS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Cloud &amp; DevOps : </w:t>
      </w:r>
      <w:r>
        <w:rPr>
          <w:rFonts w:ascii="Times New Roman" w:hAnsi="Times New Roman"/>
          <w:b w:val="0"/>
          <w:i w:val="0"/>
          <w:color w:val="141414"/>
          <w:sz w:val="19"/>
        </w:rPr>
        <w:t>Docker, Docker Compose, Nginx, Cloudflare, Terraform, Linux, CI/CD, GitHub Actions, GitLab CI, AWS S3, Spark</w:t>
      </w:r>
    </w:p>
    <w:p>
      <w:pPr>
        <w:spacing w:after="40"/>
      </w:pPr>
      <w:r>
        <w:rPr>
          <w:rFonts w:ascii="Times New Roman" w:hAnsi="Times New Roman"/>
          <w:b/>
          <w:i w:val="0"/>
          <w:color w:val="0F2850"/>
          <w:sz w:val="19"/>
        </w:rPr>
        <w:t xml:space="preserve">Méthodes : </w:t>
      </w:r>
      <w:r>
        <w:rPr>
          <w:rFonts w:ascii="Times New Roman" w:hAnsi="Times New Roman"/>
          <w:b w:val="0"/>
          <w:i w:val="0"/>
          <w:color w:val="141414"/>
          <w:sz w:val="19"/>
        </w:rPr>
        <w:t>Microservices, Clean Architecture, SOLID, design patterns GoF, UML, Business Intelligence, tests, revue de code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EXPÉRIENCE PROFESSIONNELLE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Client e-commerce, France (via E-TASKFORCE LTD)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Audit technique &amp; mission de sécurisation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Juin – Sept.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Audité un configurateur produit 3D en production et remonté une liste d'anomalies à deux causes racines structurelles.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Sécurisé la chaîne de paiement en ligne, les remises professionnelles et les frais de port ; rotation des secrets et restriction des accès aux API tierces.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Conçu et livré une base documentaire centralisée avec indexation, moteur de recherche et numérotation fiabilisée. 9 tests fonctionnels validés sur 9.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GasyMove / TucTuc (Madagascar)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Développeur Mobile &amp; Web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Développé une application Flutter double rôle passager/chauffeur avec Google Maps et paiements Mobile Money (MVola, Orange Money, Airtel Money).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Livré deux dashboards Next.js : administration (KPI, file KYC, transactions) et restaurant en commandes temps réel via Firebase.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Mon Associé, Vitabull, AzulStaff (France)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Développeur Full-Stack &amp; Mobile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Mon Associé : PWA Next.js 16 adossée à un backend Laravel 12 et application Flutter, avec audit d'écarts cahier des charges / développement.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Vitabull : application native iOS et Android en Flutter, notifications Firebase Cloud Messaging, paiement Stripe.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AzulStaff : dashboard temps réel Supabase avec file de validation KYC et garde-fous serveur en triple couche.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StackFood &amp; MPS SARL (Sénégal)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Développeur Full-Stack &amp; Mobile — freelance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StackFood : plateforme de commande et livraison en quatre applications — client, restaurant et livreur en Flutter, API et back-office Laravel.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MPS SARL : suite interne en trois services — frontend Angular, backend Spring Boot et service analytique en lecture seule pour tableau de bord décisionnel.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Engy Partners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Développeur Mobile — stage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Juil. – Oct. 2025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Développé TerangaID, portefeuille d'identité numérique mobile en React Native, déployé sur Android et iOS.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Implémenté OpenID Connect via Keycloak (Authorization Code + PKCE), la gestion de certificats X.509 et l'isolation des clés privées dans le Trusted Execution Environment via modules natifs Kotlin et Swift.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TGI — Tout en Génie Informatique, Dakar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Développeur Logiciel — stage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Mai – Juil. 2024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Conçu et développé des modules applicatifs sur une application web en production, au sein d'une équipe de développeurs.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Écrit et optimisé des requêtes SQL, implémenté la logique métier et les échanges JSON entre composants.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PROJETS SIGNIFICATIFS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NËBB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Chef de groupe (6 étudiants) — plateforme IoT + IA de surveillance de la pollution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Dirigé une équipe pluridisciplinaire de six et porté les modèles IA et l'architecture backend.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Entraîné et déployé 4 modèles en production : prévision PM2.5 par LSTM et Prophet avec bande de confiance à 95 %, calibration de capteurs par Random Forest, détection d'anomalies par Isolation Forest, interpolation spatiale par kriging.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Architecturé l'ingestion MQTT, la persistance PostgreSQL/PostGIS, InfluxDB et Redis, l'API FastAPI (REST + SSE) et la sécurité de production : JWT RS256, RBAC 6 rôles, MFA TOTP, mTLS.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KÀLAMA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Lead Developer Full-Stack — plateforme éducative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2025 –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Architecturé une marketplace de cours en microservices : FastAPI asynchrone, PostgreSQL, Docker Compose, gateway Nginx et Cloudflare en façade.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Intégré les classes en direct BigBlueButton et Jitsi Meet, et le paiement Mobile Money avec gestion des confirmations asynchrones.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SénSanté Pro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Architecture microservices — plateforme santé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Conçu une plateforme en microservices Spring Boot (authentification, patients, consultations) derrière une gateway Nginx, avec assistant IA d'aide à la consultation.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Mis en place l'Infrastructure as Code avec Terraform et un pipeline CI/CD GitLab.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BoviBot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Chef de groupe (3 étudiants) — gestion d'élevage bovin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Implémenté la logique métier temporelle en PL/SQL : procédures stockées, triggers d'alerte et événements planifiés, pour que les rappels existent indépendamment de l'application.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Développé l'API Flask et intégré un chat IA d'assistance aux éleveurs.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SignaVox &amp; reconnaissance faciale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Traitement du signal et vision par ordinateur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2024 –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SignaVox : chaîne complète en Python et Flask — acquisition temps réel, VAD, analyse FFT, filtrage fréquentiel et reconstruction IFFT.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Reconnaissance faciale temps réel en Python (OpenCV, face_recognition) et Java (JavaCV), avec enrôlement guidé multi-pose et réentraînement dynamique.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Ensemble Learning — détection de malware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Machine Learning &amp; Fouille de données, ESP Dakar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2026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Implémenté et comparé Bagging, Boosting et Stacking sur un jeu de 137 444 exécutables Windows : tuning d'hyperparamètres, validation croisée, traitement des valeurs aberrantes.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FORMATION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École Supérieure Polytechnique de Dakar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Diplôme d'Ingénieur de Conception — Génie Informatique, option IADB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2024 – 2027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Machine Learning, Fouille de données, Deep Learning, Optimisation continue, Big Data, NoSQL, Business Intelligence.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Systèmes distribués, programmation parallèle, cloud computing, virtualisation, sécurité des données et des infrastructures.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École Supérieure Polytechnique de Dakar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Diplôme Universitaire de Technologie — Génie Informatique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2022 – 2024</w:t>
      </w:r>
    </w:p>
    <w:p>
      <w:pPr>
        <w:spacing w:after="40"/>
        <w:ind w:left="454" w:hanging="255"/>
      </w:pPr>
      <w:r>
        <w:rPr>
          <w:rFonts w:ascii="Times New Roman" w:hAnsi="Times New Roman"/>
          <w:b w:val="0"/>
          <w:i w:val="0"/>
          <w:color w:val="141414"/>
          <w:sz w:val="19"/>
        </w:rPr>
        <w:t>▸  Design patterns GoF, POO Java, génie logiciel, structures de données avancées, développement mobile Android, technologies web.</w:t>
      </w:r>
    </w:p>
    <w:p>
      <w:pPr>
        <w:spacing w:before="100" w:after="20"/>
      </w:pPr>
      <w:r>
        <w:rPr>
          <w:rFonts w:ascii="Times New Roman" w:hAnsi="Times New Roman"/>
          <w:b/>
          <w:i w:val="0"/>
          <w:color w:val="0F2850"/>
          <w:sz w:val="19"/>
        </w:rPr>
        <w:t>Lycée d'Excellence Cheikh Hamidou Kane, Thiès</w:t>
      </w:r>
      <w:r>
        <w:rPr>
          <w:rFonts w:ascii="Times New Roman" w:hAnsi="Times New Roman"/>
          <w:b w:val="0"/>
          <w:i w:val="0"/>
          <w:color w:val="828282"/>
          <w:sz w:val="19"/>
        </w:rPr>
        <w:t xml:space="preserve">  —  </w:t>
      </w:r>
      <w:r>
        <w:rPr>
          <w:rFonts w:ascii="Times New Roman" w:hAnsi="Times New Roman"/>
          <w:b/>
          <w:i w:val="0"/>
          <w:color w:val="141414"/>
          <w:sz w:val="19"/>
        </w:rPr>
        <w:t>Baccalauréat Scientifique Série S1 — Mention Bien</w:t>
      </w:r>
      <w:r>
        <w:rPr>
          <w:rFonts w:ascii="Times New Roman" w:hAnsi="Times New Roman"/>
          <w:b w:val="0"/>
          <w:i/>
          <w:color w:val="828282"/>
          <w:sz w:val="18"/>
        </w:rPr>
        <w:t xml:space="preserve">        2022</w:t>
      </w:r>
    </w:p>
    <w:p>
      <w:pPr>
        <w:spacing w:before="180" w:after="60"/>
        <w:pBdr>
          <w:bottom w:val="single" w:sz="10" w:space="1" w:color="0F2850"/>
        </w:pBdr>
      </w:pPr>
      <w:r>
        <w:rPr>
          <w:rFonts w:ascii="Times New Roman" w:hAnsi="Times New Roman"/>
          <w:b/>
          <w:i w:val="0"/>
          <w:color w:val="0F2850"/>
          <w:sz w:val="22"/>
        </w:rPr>
        <w:t>LANGUES ET ENGAGEMENTS</w:t>
      </w:r>
    </w:p>
    <w:p>
      <w:pPr>
        <w:spacing w:after="60"/>
      </w:pPr>
      <w:r>
        <w:rPr>
          <w:rFonts w:ascii="Times New Roman" w:hAnsi="Times New Roman"/>
          <w:b w:val="0"/>
          <w:i w:val="0"/>
          <w:color w:val="141414"/>
          <w:sz w:val="19"/>
        </w:rPr>
        <w:t>Français : langue maternelle.  Anglais : niveau professionnel (B2-C1), documentation technique et échanges internationaux.  Espagnol : notions.</w:t>
      </w:r>
    </w:p>
    <w:p>
      <w:pPr>
        <w:spacing w:after="60"/>
      </w:pPr>
      <w:r>
        <w:rPr>
          <w:rFonts w:ascii="Times New Roman" w:hAnsi="Times New Roman"/>
          <w:b w:val="0"/>
          <w:i w:val="0"/>
          <w:color w:val="141414"/>
          <w:sz w:val="19"/>
        </w:rPr>
        <w:t>Membre d'ISOC Sénégal (Internet Society) et de la commission IT de l'ESP Dakar. Membre de la direction de Sadaqa Jariya, association caritative (2024 – présent). Club Humanitaire de l'ESP Dakar (2024 – 2025). Club UNESCO (2017 – 2019).</w:t>
      </w:r>
    </w:p>
    <w:sectPr w:rsidR="00FC693F" w:rsidRPr="0006063C" w:rsidSect="00034616">
      <w:pgSz w:w="12240" w:h="15840"/>
      <w:pgMar w:top="624" w:right="850" w:bottom="62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Times New Roman" w:hAnsi="Times New Roman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